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23DB48" w14:textId="77777777" w:rsidR="000C5F82" w:rsidRDefault="00000000">
      <w:pPr>
        <w:pStyle w:val="berschrift1"/>
      </w:pPr>
      <w:r>
        <w:t>Beispiel-Prompts für literarische Gespräche (nach Grooms Taxonomie)</w:t>
      </w:r>
    </w:p>
    <w:p w14:paraId="38A0328C" w14:textId="77777777" w:rsidR="000C5F82" w:rsidRDefault="00000000">
      <w:r>
        <w:t>Diese Prompts dienen als Vorlage für Lehrpersonen, um KI-gestützte Gesprächsgrundlagen für literarische Gespräche mit Schüler:innen zu erstellen. Sie sind nach verschiedenen Schwerpunkten und Niveaus gegliedert.</w:t>
      </w:r>
    </w:p>
    <w:p w14:paraId="74BFF315" w14:textId="6137168B" w:rsidR="000C5F82" w:rsidRDefault="00000000">
      <w:pPr>
        <w:pStyle w:val="berschrift2"/>
      </w:pPr>
      <w:r>
        <w:t xml:space="preserve"> 1. Einstiegsprompt – Figuren verstehen</w:t>
      </w:r>
    </w:p>
    <w:p w14:paraId="02DD5EC0" w14:textId="77777777" w:rsidR="000C5F82" w:rsidRDefault="00000000">
      <w:r>
        <w:t>„Erstelle eine Gesprächsgrundlage für ein Literaturgespräch zu dem Buch [Buchtitel] für Schüler:innen im Alter von [Altersspanne]. Formuliere 5–6 Leitfragen, die den Fokus auf die Figuren legen (z. B. Gefühle, Beziehungen, Motive). Füge kurze Diskussionsimpulse hinzu, etwa: Wie hättest du an der Stelle der Figur gehandelt? oder Was verraten die Handlungen über die Persönlichkeit der Figur? Ziel: Förderung von Empathie, Perspektivübernahme und Figurenverständnis.“</w:t>
      </w:r>
    </w:p>
    <w:p w14:paraId="01889171" w14:textId="63D860AC" w:rsidR="000C5F82" w:rsidRDefault="00000000">
      <w:pPr>
        <w:pStyle w:val="berschrift2"/>
      </w:pPr>
      <w:r>
        <w:t>2. Transfer-Prompt – Verbindung zur Lebenswelt</w:t>
      </w:r>
    </w:p>
    <w:p w14:paraId="6F405D8A" w14:textId="77777777" w:rsidR="000C5F82" w:rsidRDefault="00000000">
      <w:r>
        <w:t xml:space="preserve">„Erstelle eine Gesprächsgrundlage für ein Literaturgespräch zu dem Buch [Buchtitel] für Schüler:innen im Alter von [Altersspanne]. Formuliere 6–7 Leitfragen, die den Bezug zwischen der Geschichte und der Lebenswelt der Schüler:innen herstellen. Beispiele: Welche Situationen im Buch kennst du aus deinem Alltag? oder Wie würdest du reagieren, wenn du in einer ähnlichen Lage wärst? Ziel: Förderung von Selbstreflexion, Textbezug und </w:t>
      </w:r>
      <w:proofErr w:type="spellStart"/>
      <w:r>
        <w:t>Identifikation</w:t>
      </w:r>
      <w:proofErr w:type="spellEnd"/>
      <w:r>
        <w:t xml:space="preserve"> </w:t>
      </w:r>
      <w:proofErr w:type="spellStart"/>
      <w:r>
        <w:t>mit</w:t>
      </w:r>
      <w:proofErr w:type="spellEnd"/>
      <w:r>
        <w:t xml:space="preserve"> </w:t>
      </w:r>
      <w:proofErr w:type="spellStart"/>
      <w:proofErr w:type="gramStart"/>
      <w:r>
        <w:t>Themen</w:t>
      </w:r>
      <w:proofErr w:type="spellEnd"/>
      <w:r>
        <w:t>.“</w:t>
      </w:r>
      <w:proofErr w:type="gramEnd"/>
    </w:p>
    <w:p w14:paraId="13515E88" w14:textId="7F01A39C" w:rsidR="000C5F82" w:rsidRDefault="00000000">
      <w:pPr>
        <w:pStyle w:val="berschrift2"/>
      </w:pPr>
      <w:r>
        <w:t xml:space="preserve"> 3. Sprach- und Stil-Prompt – Sprache entdecken</w:t>
      </w:r>
    </w:p>
    <w:p w14:paraId="33A4412D" w14:textId="77777777" w:rsidR="000C5F82" w:rsidRDefault="00000000">
      <w:r>
        <w:t>„</w:t>
      </w:r>
      <w:proofErr w:type="spellStart"/>
      <w:r>
        <w:t>Erstelle</w:t>
      </w:r>
      <w:proofErr w:type="spellEnd"/>
      <w:r>
        <w:t xml:space="preserve"> </w:t>
      </w:r>
      <w:proofErr w:type="spellStart"/>
      <w:r>
        <w:t>eine</w:t>
      </w:r>
      <w:proofErr w:type="spellEnd"/>
      <w:r>
        <w:t xml:space="preserve"> </w:t>
      </w:r>
      <w:proofErr w:type="spellStart"/>
      <w:r>
        <w:t>Gesprächsgrundlage</w:t>
      </w:r>
      <w:proofErr w:type="spellEnd"/>
      <w:r>
        <w:t xml:space="preserve"> </w:t>
      </w:r>
      <w:proofErr w:type="spellStart"/>
      <w:r>
        <w:t>zu</w:t>
      </w:r>
      <w:proofErr w:type="spellEnd"/>
      <w:r>
        <w:t xml:space="preserve"> dem Buch [Buchtitel] für </w:t>
      </w:r>
      <w:proofErr w:type="gramStart"/>
      <w:r>
        <w:t>Schüler:innen</w:t>
      </w:r>
      <w:proofErr w:type="gramEnd"/>
      <w:r>
        <w:t xml:space="preserve"> im Alter von [Altersspanne], mit Fokus auf Sprache, Stil und Ausdruck. Formuliere 5 Leitfragen, die auf Wortwahl, Metaphern, Satzbau oder Erzählperspektive eingehen. Füge Diskussionsimpulse hinzu, z. B.: Wie verändert die Sprache die Stimmung der Geschichte? oder Warum wählt der Autor/die Autorin gerade diese Worte? Ziel: Förderung von Sprachbewusstsein und literarischer Sensibilität.“</w:t>
      </w:r>
    </w:p>
    <w:p w14:paraId="3F6536E9" w14:textId="095B1690" w:rsidR="000C5F82" w:rsidRDefault="00000000">
      <w:pPr>
        <w:pStyle w:val="berschrift2"/>
      </w:pPr>
      <w:r>
        <w:t>4. Reflexions-Prompt – Entscheidungen und Werte</w:t>
      </w:r>
    </w:p>
    <w:p w14:paraId="28F86123" w14:textId="77777777" w:rsidR="000C5F82" w:rsidRDefault="00000000">
      <w:r>
        <w:t>„Erstelle eine Gesprächsgrundlage zu dem Buch [Buchtitel] für Schüler:innen im Alter von [Altersspanne]. Formuliere 5–6 Leitfragen, die sich auf moralische Entscheidungen, Konflikte und Werte beziehen. Diskussionsimpulse: War die Entscheidung der Figur richtig oder falsch? – Wie würdest du dich entscheiden? – Welche Werte spielen in der Geschichte eine Rolle? Ziel: Förderung von moralischem Denken, Urteilsbildung und kritischer Reflexion.“</w:t>
      </w:r>
    </w:p>
    <w:p w14:paraId="5BB3430C" w14:textId="1077D636" w:rsidR="000C5F82" w:rsidRDefault="00000000">
      <w:pPr>
        <w:pStyle w:val="berschrift2"/>
      </w:pPr>
      <w:r>
        <w:t>5. Kreativ-Prompt – alternative Perspektiven</w:t>
      </w:r>
    </w:p>
    <w:p w14:paraId="071FFA34" w14:textId="77777777" w:rsidR="000C5F82" w:rsidRDefault="00000000">
      <w:r>
        <w:t xml:space="preserve">„Erstelle eine Gesprächsgrundlage für ein Literaturgespräch zu [Buchtitel] für Schüler:innen im Alter von [Altersspanne]. Formuliere 4–5 Leitfragen, die zu kreativem Denken anregen, z. B.: Wie könnte die Geschichte aus Sicht einer Nebenfigur erzählt werden? oder Wie </w:t>
      </w:r>
      <w:r>
        <w:lastRenderedPageBreak/>
        <w:t>würdest du das Ende verändern? Ziel: Förderung von Kreativität, Imagination und narrativem Denken.“</w:t>
      </w:r>
    </w:p>
    <w:p w14:paraId="70CE645F" w14:textId="19C6A488" w:rsidR="000C5F82" w:rsidRDefault="00000000">
      <w:pPr>
        <w:pStyle w:val="berschrift2"/>
      </w:pPr>
      <w:r>
        <w:t>6. Analyse-Prompt – Aufbau und Struktur</w:t>
      </w:r>
    </w:p>
    <w:p w14:paraId="38ED754B" w14:textId="77777777" w:rsidR="000C5F82" w:rsidRDefault="00000000">
      <w:r>
        <w:t>„Erstelle eine Gesprächsgrundlage zu [Buchtitel] für Schüler:innen im Alter von [Altersspanne] mit Fokus auf Aufbau und Struktur. Formuliere 5–6 Leitfragen zu Spannungsbogen, Kapiteleinteilung, Zeitsprüngen oder Erzählweise. Diskussionsimpulse: An welcher Stelle wird es besonders spannend? Warum? – Wie hätte man die Geschichte auch anders aufbauen können? Ziel: Förderung von analytischem Denken und Textverständnis.“</w:t>
      </w:r>
    </w:p>
    <w:p w14:paraId="08B97D90" w14:textId="1F01FA1B" w:rsidR="000C5F82" w:rsidRDefault="00000000">
      <w:pPr>
        <w:pStyle w:val="berschrift2"/>
      </w:pPr>
      <w:r>
        <w:t>7. Vergleichs-Prompt – Parallelen zu anderen Geschichten</w:t>
      </w:r>
    </w:p>
    <w:p w14:paraId="4F12C372" w14:textId="77777777" w:rsidR="000C5F82" w:rsidRDefault="00000000">
      <w:r>
        <w:t>„Erstelle eine Gesprächsgrundlage für ein Literaturgespräch zu [Buchtitel] für Schüler:innen im Alter von [Altersspanne]. Formuliere 5–6 Leitfragen, die Vergleiche zu anderen Büchern, Filmen oder Geschichten anregen. Beispiel-Impulse: Welche Gemeinsamkeiten oder Unterschiede erkennst du zu [anderes Werk]? oder Wie wird das gleiche Thema dort anders dargestellt? Ziel: Förderung intertextueller Kompetenz und kritischer Lesehaltung.“</w:t>
      </w:r>
    </w:p>
    <w:sectPr w:rsidR="000C5F82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ennumm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ennumm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Aufzhlungszeichen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Aufzhlungszeichen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ennumm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ufzhlungszeich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494373700">
    <w:abstractNumId w:val="8"/>
  </w:num>
  <w:num w:numId="2" w16cid:durableId="1381787974">
    <w:abstractNumId w:val="6"/>
  </w:num>
  <w:num w:numId="3" w16cid:durableId="1599827405">
    <w:abstractNumId w:val="5"/>
  </w:num>
  <w:num w:numId="4" w16cid:durableId="1714573525">
    <w:abstractNumId w:val="4"/>
  </w:num>
  <w:num w:numId="5" w16cid:durableId="1279990007">
    <w:abstractNumId w:val="7"/>
  </w:num>
  <w:num w:numId="6" w16cid:durableId="1164398047">
    <w:abstractNumId w:val="3"/>
  </w:num>
  <w:num w:numId="7" w16cid:durableId="2137479106">
    <w:abstractNumId w:val="2"/>
  </w:num>
  <w:num w:numId="8" w16cid:durableId="270623692">
    <w:abstractNumId w:val="1"/>
  </w:num>
  <w:num w:numId="9" w16cid:durableId="16749122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9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0C5F82"/>
    <w:rsid w:val="0015074B"/>
    <w:rsid w:val="0029639D"/>
    <w:rsid w:val="00326F90"/>
    <w:rsid w:val="00AA1D8D"/>
    <w:rsid w:val="00B47730"/>
    <w:rsid w:val="00C230B7"/>
    <w:rsid w:val="00CB0664"/>
    <w:rsid w:val="00F078EB"/>
    <w:rsid w:val="00F75458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  <w14:docId w14:val="1469647F"/>
  <w14:defaultImageDpi w14:val="300"/>
  <w15:docId w15:val="{F2570FFF-E19C-7D43-8DBC-05B5511F33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FC693F"/>
  </w:style>
  <w:style w:type="paragraph" w:styleId="berschrift1">
    <w:name w:val="heading 1"/>
    <w:basedOn w:val="Standard"/>
    <w:next w:val="Standard"/>
    <w:link w:val="berschrift1Zchn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E618BF"/>
  </w:style>
  <w:style w:type="paragraph" w:styleId="Fuzeile">
    <w:name w:val="footer"/>
    <w:basedOn w:val="Standard"/>
    <w:link w:val="FuzeileZch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E618BF"/>
  </w:style>
  <w:style w:type="paragraph" w:styleId="KeinLeerraum">
    <w:name w:val="No Spacing"/>
    <w:uiPriority w:val="1"/>
    <w:qFormat/>
    <w:rsid w:val="00FC693F"/>
    <w:pPr>
      <w:spacing w:after="0" w:line="240" w:lineRule="auto"/>
    </w:pPr>
  </w:style>
  <w:style w:type="character" w:customStyle="1" w:styleId="berschrift1Zchn">
    <w:name w:val="Überschrift 1 Zchn"/>
    <w:basedOn w:val="Absatz-Standardschriftart"/>
    <w:link w:val="berschrift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el">
    <w:name w:val="Title"/>
    <w:basedOn w:val="Standard"/>
    <w:next w:val="Standard"/>
    <w:link w:val="TitelZchn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elZchn">
    <w:name w:val="Titel Zchn"/>
    <w:basedOn w:val="Absatz-Standardschriftart"/>
    <w:link w:val="Tite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nabsatz">
    <w:name w:val="List Paragraph"/>
    <w:basedOn w:val="Standard"/>
    <w:uiPriority w:val="34"/>
    <w:qFormat/>
    <w:rsid w:val="00FC693F"/>
    <w:pPr>
      <w:ind w:left="720"/>
      <w:contextualSpacing/>
    </w:pPr>
  </w:style>
  <w:style w:type="paragraph" w:styleId="Textkrper">
    <w:name w:val="Body Text"/>
    <w:basedOn w:val="Standard"/>
    <w:link w:val="TextkrperZchn"/>
    <w:uiPriority w:val="99"/>
    <w:unhideWhenUsed/>
    <w:rsid w:val="00AA1D8D"/>
    <w:pPr>
      <w:spacing w:after="120"/>
    </w:pPr>
  </w:style>
  <w:style w:type="character" w:customStyle="1" w:styleId="TextkrperZchn">
    <w:name w:val="Textkörper Zchn"/>
    <w:basedOn w:val="Absatz-Standardschriftart"/>
    <w:link w:val="Textkrper"/>
    <w:uiPriority w:val="99"/>
    <w:rsid w:val="00AA1D8D"/>
  </w:style>
  <w:style w:type="paragraph" w:styleId="Textkrper2">
    <w:name w:val="Body Text 2"/>
    <w:basedOn w:val="Standard"/>
    <w:link w:val="Textkrper2Zchn"/>
    <w:uiPriority w:val="99"/>
    <w:unhideWhenUsed/>
    <w:rsid w:val="00AA1D8D"/>
    <w:pPr>
      <w:spacing w:after="120" w:line="480" w:lineRule="auto"/>
    </w:pPr>
  </w:style>
  <w:style w:type="character" w:customStyle="1" w:styleId="Textkrper2Zchn">
    <w:name w:val="Textkörper 2 Zchn"/>
    <w:basedOn w:val="Absatz-Standardschriftart"/>
    <w:link w:val="Textkrper2"/>
    <w:uiPriority w:val="99"/>
    <w:rsid w:val="00AA1D8D"/>
  </w:style>
  <w:style w:type="paragraph" w:styleId="Textkrper3">
    <w:name w:val="Body Text 3"/>
    <w:basedOn w:val="Standard"/>
    <w:link w:val="Textkrper3Zchn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krper3Zchn">
    <w:name w:val="Textkörper 3 Zchn"/>
    <w:basedOn w:val="Absatz-Standardschriftart"/>
    <w:link w:val="Textkrper3"/>
    <w:uiPriority w:val="99"/>
    <w:rsid w:val="00AA1D8D"/>
    <w:rPr>
      <w:sz w:val="16"/>
      <w:szCs w:val="16"/>
    </w:rPr>
  </w:style>
  <w:style w:type="paragraph" w:styleId="Liste">
    <w:name w:val="List"/>
    <w:basedOn w:val="Standard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Standard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Standard"/>
    <w:uiPriority w:val="99"/>
    <w:unhideWhenUsed/>
    <w:rsid w:val="00326F90"/>
    <w:pPr>
      <w:ind w:left="1080" w:hanging="360"/>
      <w:contextualSpacing/>
    </w:pPr>
  </w:style>
  <w:style w:type="paragraph" w:styleId="Aufzhlungszeichen">
    <w:name w:val="List Bullet"/>
    <w:basedOn w:val="Standard"/>
    <w:uiPriority w:val="99"/>
    <w:unhideWhenUsed/>
    <w:rsid w:val="00326F90"/>
    <w:pPr>
      <w:numPr>
        <w:numId w:val="1"/>
      </w:numPr>
      <w:contextualSpacing/>
    </w:pPr>
  </w:style>
  <w:style w:type="paragraph" w:styleId="Aufzhlungszeichen2">
    <w:name w:val="List Bullet 2"/>
    <w:basedOn w:val="Standard"/>
    <w:uiPriority w:val="99"/>
    <w:unhideWhenUsed/>
    <w:rsid w:val="00326F90"/>
    <w:pPr>
      <w:numPr>
        <w:numId w:val="2"/>
      </w:numPr>
      <w:contextualSpacing/>
    </w:pPr>
  </w:style>
  <w:style w:type="paragraph" w:styleId="Aufzhlungszeichen3">
    <w:name w:val="List Bullet 3"/>
    <w:basedOn w:val="Standard"/>
    <w:uiPriority w:val="99"/>
    <w:unhideWhenUsed/>
    <w:rsid w:val="00326F90"/>
    <w:pPr>
      <w:numPr>
        <w:numId w:val="3"/>
      </w:numPr>
      <w:contextualSpacing/>
    </w:pPr>
  </w:style>
  <w:style w:type="paragraph" w:styleId="Listennummer">
    <w:name w:val="List Number"/>
    <w:basedOn w:val="Standard"/>
    <w:uiPriority w:val="99"/>
    <w:unhideWhenUsed/>
    <w:rsid w:val="00326F90"/>
    <w:pPr>
      <w:numPr>
        <w:numId w:val="5"/>
      </w:numPr>
      <w:contextualSpacing/>
    </w:pPr>
  </w:style>
  <w:style w:type="paragraph" w:styleId="Listennummer2">
    <w:name w:val="List Number 2"/>
    <w:basedOn w:val="Standard"/>
    <w:uiPriority w:val="99"/>
    <w:unhideWhenUsed/>
    <w:rsid w:val="0029639D"/>
    <w:pPr>
      <w:numPr>
        <w:numId w:val="6"/>
      </w:numPr>
      <w:contextualSpacing/>
    </w:pPr>
  </w:style>
  <w:style w:type="paragraph" w:styleId="Listennummer3">
    <w:name w:val="List Number 3"/>
    <w:basedOn w:val="Standard"/>
    <w:uiPriority w:val="99"/>
    <w:unhideWhenUsed/>
    <w:rsid w:val="0029639D"/>
    <w:pPr>
      <w:numPr>
        <w:numId w:val="7"/>
      </w:numPr>
      <w:contextualSpacing/>
    </w:pPr>
  </w:style>
  <w:style w:type="paragraph" w:styleId="Listenfortsetzung">
    <w:name w:val="List Continue"/>
    <w:basedOn w:val="Standard"/>
    <w:uiPriority w:val="99"/>
    <w:unhideWhenUsed/>
    <w:rsid w:val="0029639D"/>
    <w:pPr>
      <w:spacing w:after="120"/>
      <w:ind w:left="360"/>
      <w:contextualSpacing/>
    </w:pPr>
  </w:style>
  <w:style w:type="paragraph" w:styleId="Listenfortsetzung2">
    <w:name w:val="List Continue 2"/>
    <w:basedOn w:val="Standard"/>
    <w:uiPriority w:val="99"/>
    <w:unhideWhenUsed/>
    <w:rsid w:val="0029639D"/>
    <w:pPr>
      <w:spacing w:after="120"/>
      <w:ind w:left="720"/>
      <w:contextualSpacing/>
    </w:pPr>
  </w:style>
  <w:style w:type="paragraph" w:styleId="Listenfortsetzung3">
    <w:name w:val="List Continue 3"/>
    <w:basedOn w:val="Standard"/>
    <w:uiPriority w:val="99"/>
    <w:unhideWhenUsed/>
    <w:rsid w:val="0029639D"/>
    <w:pPr>
      <w:spacing w:after="120"/>
      <w:ind w:left="1080"/>
      <w:contextualSpacing/>
    </w:pPr>
  </w:style>
  <w:style w:type="paragraph" w:styleId="Makrotext">
    <w:name w:val="macro"/>
    <w:link w:val="MakrotextZchn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textZchn">
    <w:name w:val="Makrotext Zchn"/>
    <w:basedOn w:val="Absatz-Standardschriftart"/>
    <w:link w:val="Makrotext"/>
    <w:uiPriority w:val="99"/>
    <w:rsid w:val="0029639D"/>
    <w:rPr>
      <w:rFonts w:ascii="Courier" w:hAnsi="Courier"/>
      <w:sz w:val="20"/>
      <w:szCs w:val="20"/>
    </w:rPr>
  </w:style>
  <w:style w:type="paragraph" w:styleId="Zitat">
    <w:name w:val="Quote"/>
    <w:basedOn w:val="Standard"/>
    <w:next w:val="Standard"/>
    <w:link w:val="ZitatZchn"/>
    <w:uiPriority w:val="29"/>
    <w:qFormat/>
    <w:rsid w:val="00FC693F"/>
    <w:rPr>
      <w:i/>
      <w:iCs/>
      <w:color w:val="000000" w:themeColor="text1"/>
    </w:rPr>
  </w:style>
  <w:style w:type="character" w:customStyle="1" w:styleId="ZitatZchn">
    <w:name w:val="Zitat Zchn"/>
    <w:basedOn w:val="Absatz-Standardschriftart"/>
    <w:link w:val="Zitat"/>
    <w:uiPriority w:val="29"/>
    <w:rsid w:val="00FC693F"/>
    <w:rPr>
      <w:i/>
      <w:iCs/>
      <w:color w:val="000000" w:themeColor="text1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Beschriftung">
    <w:name w:val="caption"/>
    <w:basedOn w:val="Standard"/>
    <w:next w:val="Standard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Fett">
    <w:name w:val="Strong"/>
    <w:basedOn w:val="Absatz-Standardschriftart"/>
    <w:uiPriority w:val="22"/>
    <w:qFormat/>
    <w:rsid w:val="00FC693F"/>
    <w:rPr>
      <w:b/>
      <w:bCs/>
    </w:rPr>
  </w:style>
  <w:style w:type="character" w:styleId="Hervorhebung">
    <w:name w:val="Emphasis"/>
    <w:basedOn w:val="Absatz-Standardschriftart"/>
    <w:uiPriority w:val="20"/>
    <w:qFormat/>
    <w:rsid w:val="00FC693F"/>
    <w:rPr>
      <w:i/>
      <w:iCs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FC693F"/>
    <w:rPr>
      <w:b/>
      <w:bCs/>
      <w:i/>
      <w:iCs/>
      <w:color w:val="4F81BD" w:themeColor="accent1"/>
    </w:rPr>
  </w:style>
  <w:style w:type="character" w:styleId="SchwacheHervorhebung">
    <w:name w:val="Subtle Emphasis"/>
    <w:basedOn w:val="Absatz-Standardschriftart"/>
    <w:uiPriority w:val="19"/>
    <w:qFormat/>
    <w:rsid w:val="00FC693F"/>
    <w:rPr>
      <w:i/>
      <w:iCs/>
      <w:color w:val="808080" w:themeColor="text1" w:themeTint="7F"/>
    </w:rPr>
  </w:style>
  <w:style w:type="character" w:styleId="IntensiveHervorhebung">
    <w:name w:val="Intense Emphasis"/>
    <w:basedOn w:val="Absatz-Standardschriftart"/>
    <w:uiPriority w:val="21"/>
    <w:qFormat/>
    <w:rsid w:val="00FC693F"/>
    <w:rPr>
      <w:b/>
      <w:bCs/>
      <w:i/>
      <w:iCs/>
      <w:color w:val="4F81BD" w:themeColor="accent1"/>
    </w:rPr>
  </w:style>
  <w:style w:type="character" w:styleId="SchwacherVerweis">
    <w:name w:val="Subtle Reference"/>
    <w:basedOn w:val="Absatz-Standardschriftart"/>
    <w:uiPriority w:val="31"/>
    <w:qFormat/>
    <w:rsid w:val="00FC693F"/>
    <w:rPr>
      <w:smallCaps/>
      <w:color w:val="C0504D" w:themeColor="accent2"/>
      <w:u w:val="single"/>
    </w:rPr>
  </w:style>
  <w:style w:type="character" w:styleId="IntensiverVerweis">
    <w:name w:val="Intense Reference"/>
    <w:basedOn w:val="Absatz-Standardschriftar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uchtitel">
    <w:name w:val="Book Title"/>
    <w:basedOn w:val="Absatz-Standardschriftart"/>
    <w:uiPriority w:val="33"/>
    <w:qFormat/>
    <w:rsid w:val="00FC693F"/>
    <w:rPr>
      <w:b/>
      <w:bCs/>
      <w:smallCaps/>
      <w:spacing w:val="5"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FC693F"/>
    <w:pPr>
      <w:outlineLvl w:val="9"/>
    </w:pPr>
  </w:style>
  <w:style w:type="table" w:styleId="Tabellenraster">
    <w:name w:val="Table Grid"/>
    <w:basedOn w:val="NormaleTabelle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HelleSchattierung">
    <w:name w:val="Light Shading"/>
    <w:basedOn w:val="NormaleTabelle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HelleSchattierung-Akzent1">
    <w:name w:val="Light Shading Accent 1"/>
    <w:basedOn w:val="NormaleTabelle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HelleSchattierung-Akzent2">
    <w:name w:val="Light Shading Accent 2"/>
    <w:basedOn w:val="NormaleTabelle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HelleSchattierung-Akzent3">
    <w:name w:val="Light Shading Accent 3"/>
    <w:basedOn w:val="NormaleTabelle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HelleSchattierung-Akzent4">
    <w:name w:val="Light Shading Accent 4"/>
    <w:basedOn w:val="NormaleTabelle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HelleSchattierung-Akzent5">
    <w:name w:val="Light Shading Accent 5"/>
    <w:basedOn w:val="NormaleTabelle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HelleSchattierung-Akzent6">
    <w:name w:val="Light Shading Accent 6"/>
    <w:basedOn w:val="NormaleTabelle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HelleListe">
    <w:name w:val="Light List"/>
    <w:basedOn w:val="NormaleTabelle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HelleListe-Akzent1">
    <w:name w:val="Light List Accent 1"/>
    <w:basedOn w:val="NormaleTabelle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HelleListe-Akzent2">
    <w:name w:val="Light List Accent 2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HelleListe-Akzent3">
    <w:name w:val="Light List Accent 3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HelleListe-Akzent4">
    <w:name w:val="Light List Accent 4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HelleListe-Akzent5">
    <w:name w:val="Light List Accent 5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HelleListe-Akzent6">
    <w:name w:val="Light List Accent 6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HellesRaster">
    <w:name w:val="Light Grid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HellesRaster-Akzent1">
    <w:name w:val="Light Grid Accent 1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HellesRaster-Akzent2">
    <w:name w:val="Light Grid Accent 2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HellesRaster-Akzent3">
    <w:name w:val="Light Grid Accent 3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HellesRaster-Akzent4">
    <w:name w:val="Light Grid Accent 4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HellesRaster-Akzent5">
    <w:name w:val="Light Grid Accent 5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HellesRaster-Akzent6">
    <w:name w:val="Light Grid Accent 6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ittlereSchattierung1">
    <w:name w:val="Medium Shading 1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1">
    <w:name w:val="Medium Shading 1 Accent 1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2">
    <w:name w:val="Medium Shading 1 Accent 2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3">
    <w:name w:val="Medium Shading 1 Accent 3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4">
    <w:name w:val="Medium Shading 1 Accent 4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5">
    <w:name w:val="Medium Shading 1 Accent 5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6">
    <w:name w:val="Medium Shading 1 Accent 6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2">
    <w:name w:val="Medium Shading 2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1">
    <w:name w:val="Medium Shading 2 Accent 1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2">
    <w:name w:val="Medium Shading 2 Accent 2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3">
    <w:name w:val="Medium Shading 2 Accent 3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4">
    <w:name w:val="Medium Shading 2 Accent 4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5">
    <w:name w:val="Medium Shading 2 Accent 5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6">
    <w:name w:val="Medium Shading 2 Accent 6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Liste1">
    <w:name w:val="Medium List 1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ttlereListe1-Akzent1">
    <w:name w:val="Medium List 1 Accent 1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ittlereListe1-Akzent2">
    <w:name w:val="Medium List 1 Accent 2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ittlereListe1-Akzent3">
    <w:name w:val="Medium List 1 Accent 3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ittlereListe1-Akzent4">
    <w:name w:val="Medium List 1 Accent 4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ittlereListe1-Akzent5">
    <w:name w:val="Medium List 1 Accent 5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ittlereListe1-Akzent6">
    <w:name w:val="Medium List 1 Accent 6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ittlereListe2">
    <w:name w:val="Medium List 2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1">
    <w:name w:val="Medium List 2 Accent 1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2">
    <w:name w:val="Medium List 2 Accent 2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3">
    <w:name w:val="Medium List 2 Accent 3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4">
    <w:name w:val="Medium List 2 Accent 4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5">
    <w:name w:val="Medium List 2 Accent 5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6">
    <w:name w:val="Medium List 2 Accent 6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sRaster1">
    <w:name w:val="Medium Grid 1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ttleresRaster1-Akzent1">
    <w:name w:val="Medium Grid 1 Accent 1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ittleresRaster1-Akzent2">
    <w:name w:val="Medium Grid 1 Accent 2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ittleresRaster1-Akzent3">
    <w:name w:val="Medium Grid 1 Accent 3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ittleresRaster1-Akzent4">
    <w:name w:val="Medium Grid 1 Accent 4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ittleresRaster1-Akzent5">
    <w:name w:val="Medium Grid 1 Accent 5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ittleresRaster1-Akzent6">
    <w:name w:val="Medium Grid 1 Accent 6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ittleresRaster2">
    <w:name w:val="Medium Grid 2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1">
    <w:name w:val="Medium Grid 2 Accent 1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2">
    <w:name w:val="Medium Grid 2 Accent 2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3">
    <w:name w:val="Medium Grid 2 Accent 3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4">
    <w:name w:val="Medium Grid 2 Accent 4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5">
    <w:name w:val="Medium Grid 2 Accent 5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6">
    <w:name w:val="Medium Grid 2 Accent 6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3">
    <w:name w:val="Medium Grid 3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ttleresRaster3-Akzent1">
    <w:name w:val="Medium Grid 3 Accent 1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ittleresRaster3-Akzent2">
    <w:name w:val="Medium Grid 3 Accent 2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ittleresRaster3-Akzent3">
    <w:name w:val="Medium Grid 3 Accent 3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ittleresRaster3-Akzent4">
    <w:name w:val="Medium Grid 3 Accent 4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ittleresRaster3-Akzent5">
    <w:name w:val="Medium Grid 3 Accent 5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ittleresRaster3-Akzent6">
    <w:name w:val="Medium Grid 3 Accent 6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unkleListe">
    <w:name w:val="Dark List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unkleListe-Akzent1">
    <w:name w:val="Dark List Accent 1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unkleListe-Akzent2">
    <w:name w:val="Dark List Accent 2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unkleListe-Akzent3">
    <w:name w:val="Dark List Accent 3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unkleListe-Akzent4">
    <w:name w:val="Dark List Accent 4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unkleListe-Akzent5">
    <w:name w:val="Dark List Accent 5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unkleListe-Akzent6">
    <w:name w:val="Dark List Accent 6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FarbigeSchattierung">
    <w:name w:val="Colorful Shading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1">
    <w:name w:val="Colorful Shading Accent 1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2">
    <w:name w:val="Colorful Shading Accent 2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3">
    <w:name w:val="Colorful Shading Accent 3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bigeSchattierung-Akzent4">
    <w:name w:val="Colorful Shading Accent 4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5">
    <w:name w:val="Colorful Shading Accent 5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6">
    <w:name w:val="Colorful Shading Accent 6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Liste">
    <w:name w:val="Colorful List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bigeListe-Akzent1">
    <w:name w:val="Colorful List Accent 1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FarbigeListe-Akzent2">
    <w:name w:val="Colorful List Accent 2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FarbigeListe-Akzent3">
    <w:name w:val="Colorful List Accent 3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FarbigeListe-Akzent4">
    <w:name w:val="Colorful List Accent 4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FarbigeListe-Akzent5">
    <w:name w:val="Colorful List Accent 5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FarbigeListe-Akzent6">
    <w:name w:val="Colorful List Accent 6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FarbigesRaster">
    <w:name w:val="Colorful Grid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bigesRaster-Akzent1">
    <w:name w:val="Colorful Grid Accent 1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FarbigesRaster-Akzent2">
    <w:name w:val="Colorful Grid Accent 2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FarbigesRaster-Akzent3">
    <w:name w:val="Colorful Grid Accent 3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bigesRaster-Akzent4">
    <w:name w:val="Colorful Grid Accent 4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FarbigesRaster-Akzent5">
    <w:name w:val="Colorful Grid Accent 5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FarbigesRaster-Akzent6">
    <w:name w:val="Colorful Grid Accent 6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502</Words>
  <Characters>3163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3658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Ines Horvath</cp:lastModifiedBy>
  <cp:revision>2</cp:revision>
  <dcterms:created xsi:type="dcterms:W3CDTF">2025-12-07T16:04:00Z</dcterms:created>
  <dcterms:modified xsi:type="dcterms:W3CDTF">2025-12-07T16:04:00Z</dcterms:modified>
  <cp:category/>
</cp:coreProperties>
</file>